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D2BA" w14:textId="77777777" w:rsidR="006B4A97" w:rsidRDefault="00000000">
      <w:pPr>
        <w:pStyle w:val="Titlu1"/>
        <w:jc w:val="center"/>
      </w:pPr>
      <w:r>
        <w:t>Worksheet – English – 7th Grade</w:t>
      </w:r>
    </w:p>
    <w:p w14:paraId="4D73DC6D" w14:textId="77777777" w:rsidR="000A645A" w:rsidRPr="000A645A" w:rsidRDefault="000A645A" w:rsidP="000A645A"/>
    <w:p w14:paraId="4953D8ED" w14:textId="77777777" w:rsidR="006B4A97" w:rsidRDefault="00000000">
      <w:pPr>
        <w:rPr>
          <w:sz w:val="24"/>
        </w:rPr>
      </w:pPr>
      <w:r>
        <w:rPr>
          <w:sz w:val="24"/>
        </w:rPr>
        <w:t>Name: ______________________    Date: ______________________</w:t>
      </w:r>
    </w:p>
    <w:p w14:paraId="4A206650" w14:textId="77777777" w:rsidR="000A645A" w:rsidRDefault="000A645A"/>
    <w:p w14:paraId="30B5CE25" w14:textId="77777777" w:rsidR="006B4A97" w:rsidRDefault="00000000">
      <w:pPr>
        <w:pStyle w:val="Titlu2"/>
      </w:pPr>
      <w:r>
        <w:t>1. Choose the correct answer:</w:t>
      </w:r>
    </w:p>
    <w:p w14:paraId="49B2374F" w14:textId="77777777" w:rsidR="006B4A97" w:rsidRDefault="00000000">
      <w:r>
        <w:t>• She _____ to school every day. (go / goes)</w:t>
      </w:r>
    </w:p>
    <w:p w14:paraId="5500B1AE" w14:textId="77777777" w:rsidR="006B4A97" w:rsidRDefault="00000000">
      <w:r>
        <w:t>• They _____ watching TV now. (is / are)</w:t>
      </w:r>
    </w:p>
    <w:p w14:paraId="16AD5434" w14:textId="77777777" w:rsidR="006B4A97" w:rsidRDefault="00000000">
      <w:r>
        <w:t>• I _____ my homework yesterday. (did / do)</w:t>
      </w:r>
    </w:p>
    <w:p w14:paraId="5B050B9B" w14:textId="77777777" w:rsidR="000A645A" w:rsidRDefault="000A645A"/>
    <w:p w14:paraId="12840943" w14:textId="77777777" w:rsidR="006B4A97" w:rsidRDefault="00000000">
      <w:pPr>
        <w:pStyle w:val="Titlu2"/>
      </w:pPr>
      <w:r>
        <w:t>2. Put the words in the correct order:</w:t>
      </w:r>
    </w:p>
    <w:p w14:paraId="6E6415EB" w14:textId="77777777" w:rsidR="006B4A97" w:rsidRDefault="00000000">
      <w:r>
        <w:t>• often / football / plays / he</w:t>
      </w:r>
    </w:p>
    <w:p w14:paraId="10A9DC9F" w14:textId="77777777" w:rsidR="006B4A97" w:rsidRDefault="00000000">
      <w:r>
        <w:t>• reading / is / a book / she</w:t>
      </w:r>
    </w:p>
    <w:p w14:paraId="3AF4BF8A" w14:textId="77777777" w:rsidR="000A645A" w:rsidRDefault="000A645A"/>
    <w:p w14:paraId="5F818A2A" w14:textId="77777777" w:rsidR="006B4A97" w:rsidRDefault="00000000">
      <w:pPr>
        <w:pStyle w:val="Titlu2"/>
      </w:pPr>
      <w:r>
        <w:t>3. Complete the sentences with the correct form of the verb:</w:t>
      </w:r>
    </w:p>
    <w:p w14:paraId="079E5543" w14:textId="77777777" w:rsidR="006B4A97" w:rsidRDefault="00000000">
      <w:r>
        <w:t>• If it _____ (rain), we will stay home.</w:t>
      </w:r>
    </w:p>
    <w:p w14:paraId="6039A34F" w14:textId="77777777" w:rsidR="006B4A97" w:rsidRDefault="00000000">
      <w:r>
        <w:t>• My brother _____ (study) English every evening.</w:t>
      </w:r>
    </w:p>
    <w:p w14:paraId="6E7A0E66" w14:textId="77777777" w:rsidR="000A645A" w:rsidRDefault="000A645A"/>
    <w:p w14:paraId="1E3B01D7" w14:textId="77777777" w:rsidR="006B4A97" w:rsidRDefault="00000000">
      <w:pPr>
        <w:pStyle w:val="Titlu2"/>
      </w:pPr>
      <w:r>
        <w:t>4. Writing task:</w:t>
      </w:r>
    </w:p>
    <w:p w14:paraId="58C25D69" w14:textId="77777777" w:rsidR="006B4A97" w:rsidRDefault="00000000">
      <w:r>
        <w:t>Write 5–7 sentences about your favorite hobby.</w:t>
      </w:r>
    </w:p>
    <w:sectPr w:rsidR="006B4A9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24728783">
    <w:abstractNumId w:val="8"/>
  </w:num>
  <w:num w:numId="2" w16cid:durableId="344017931">
    <w:abstractNumId w:val="6"/>
  </w:num>
  <w:num w:numId="3" w16cid:durableId="200479133">
    <w:abstractNumId w:val="5"/>
  </w:num>
  <w:num w:numId="4" w16cid:durableId="413748954">
    <w:abstractNumId w:val="4"/>
  </w:num>
  <w:num w:numId="5" w16cid:durableId="767500872">
    <w:abstractNumId w:val="7"/>
  </w:num>
  <w:num w:numId="6" w16cid:durableId="530188469">
    <w:abstractNumId w:val="3"/>
  </w:num>
  <w:num w:numId="7" w16cid:durableId="1065765733">
    <w:abstractNumId w:val="2"/>
  </w:num>
  <w:num w:numId="8" w16cid:durableId="438986129">
    <w:abstractNumId w:val="1"/>
  </w:num>
  <w:num w:numId="9" w16cid:durableId="1105153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645A"/>
    <w:rsid w:val="0015074B"/>
    <w:rsid w:val="0029639D"/>
    <w:rsid w:val="00326F90"/>
    <w:rsid w:val="00407B1D"/>
    <w:rsid w:val="006B4A97"/>
    <w:rsid w:val="007C0E92"/>
    <w:rsid w:val="00AA1D8D"/>
    <w:rsid w:val="00B47730"/>
    <w:rsid w:val="00CB0664"/>
    <w:rsid w:val="00F876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EF63EC"/>
  <w14:defaultImageDpi w14:val="300"/>
  <w15:docId w15:val="{61DD320D-61F3-4962-B322-F83FB8952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LILIANA MANOLACHI</cp:lastModifiedBy>
  <cp:revision>3</cp:revision>
  <dcterms:created xsi:type="dcterms:W3CDTF">2026-05-07T10:44:00Z</dcterms:created>
  <dcterms:modified xsi:type="dcterms:W3CDTF">2026-05-07T10:50:00Z</dcterms:modified>
  <cp:category/>
</cp:coreProperties>
</file>